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r>
        <w:t>This Business Loan Agreement (this “Agreement”) is dated as of [DATE] between [LENDER] (“Lender”) and [BORROWER], a [STATE] [ENTITY TYPE] (“Borrower”).</w:t>
      </w:r>
    </w:p>
    <w:p>
      <w:r>
        <w:t xml:space="preserve">1. </w:t>
      </w:r>
      <w:r>
        <w:rPr>
          <w:u w:val="single"/>
        </w:rPr>
        <w:t>Line of Credit.</w:t>
      </w:r>
      <w:r>
        <w:t xml:space="preserve"> Lender agrees to make advances to Borrower from time to time in an aggregate principal amount outstanding not to exceed $[AMOUNT] (the “Line of Credit”) for Borrower’s business purposes. Borrower may borrow, repay and reborrow until the Maturity Date.</w:t>
      </w:r>
    </w:p>
    <w:p>
      <w:r>
        <w:t xml:space="preserve">2. </w:t>
      </w:r>
      <w:r>
        <w:rPr>
          <w:u w:val="single"/>
        </w:rPr>
        <w:t>Interest.</w:t>
      </w:r>
      <w:r>
        <w:t xml:space="preserve"> Advances bear interest at a rate per year equal to one-month LIBOR plus [MARGIN]%. If LIBOR is unavailable, Lender may select a comparable index in its sole discretion.</w:t>
      </w:r>
    </w:p>
    <w:p>
      <w:r>
        <w:t xml:space="preserve">3. </w:t>
      </w:r>
      <w:r>
        <w:rPr>
          <w:u w:val="single"/>
        </w:rPr>
        <w:t>Fees.</w:t>
      </w:r>
      <w:r>
        <w:t xml:space="preserve"> Borrower shall pay Lender a commitment fee of [__]% of the Line of Credit at closing.</w:t>
      </w:r>
    </w:p>
    <w:p>
      <w:r>
        <w:t xml:space="preserve">4. </w:t>
      </w:r>
      <w:r>
        <w:rPr>
          <w:u w:val="single"/>
        </w:rPr>
        <w:t>Maturity.</w:t>
      </w:r>
      <w:r>
        <w:t xml:space="preserve"> All outstanding advances, interest and fees are due on [MATURITY DATE] (the “Maturity Date”).</w:t>
      </w:r>
    </w:p>
    <w:p>
      <w:r>
        <w:t xml:space="preserve">5. </w:t>
      </w:r>
      <w:r>
        <w:rPr>
          <w:u w:val="single"/>
        </w:rPr>
        <w:t>Collateral.</w:t>
      </w:r>
      <w:r>
        <w:t xml:space="preserve"> To secure the Obligations, Borrower grants Lender a security interest in all of Borrower’s personal property, now owned or later acquired, and all proceeds.</w:t>
      </w:r>
    </w:p>
    <w:p>
      <w:r>
        <w:t xml:space="preserve">6. </w:t>
      </w:r>
      <w:r>
        <w:rPr>
          <w:u w:val="single"/>
        </w:rPr>
        <w:t>Guaranty.</w:t>
      </w:r>
      <w:r>
        <w:t xml:space="preserve"> The Obligations shall be guaranteed by [GUARANTOR] under Lender’s form of personal guaranty.</w:t>
      </w:r>
    </w:p>
    <w:p>
      <w:r>
        <w:t xml:space="preserve">7. </w:t>
      </w:r>
      <w:r>
        <w:rPr>
          <w:u w:val="single"/>
        </w:rPr>
        <w:t>Financial Covenants.</w:t>
      </w:r>
      <w:r>
        <w:t xml:space="preserve"> Borrower shall maintain a Debt Service Coverage Ratio of not less than 1.25 to 1.00, tested annually as of each fiscal year-end.</w:t>
      </w:r>
    </w:p>
    <w:p>
      <w:r>
        <w:t xml:space="preserve">8. </w:t>
      </w:r>
      <w:r>
        <w:rPr>
          <w:u w:val="single"/>
        </w:rPr>
        <w:t>Reporting.</w:t>
      </w:r>
      <w:r>
        <w:t xml:space="preserve"> Borrower shall deliver annual audited financial statements within 90 days after each fiscal year-end and copies of its federal tax returns within 30 days after filing.</w:t>
      </w:r>
    </w:p>
    <w:p>
      <w:r>
        <w:t xml:space="preserve">9.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when due; (b) Borrower fails to perform any other covenant in this Agreement; (c) any representation proves untrue in any material respect; or (d) Borrower becomes insolvent or files for bankruptcy.</w:t>
      </w:r>
    </w:p>
    <w:p>
      <w:r>
        <w:t xml:space="preserve">10. </w:t>
      </w:r>
      <w:r>
        <w:rPr>
          <w:u w:val="single"/>
        </w:rPr>
        <w:t>Remedies.</w:t>
      </w:r>
      <w:r>
        <w:t xml:space="preserve"> Upon an Event of Default, Lender may declare all Obligations immediately due and payable and exercise all rights of a secured party under the Uniform Commercial Code.</w:t>
      </w:r>
    </w:p>
    <w:p>
      <w:r>
        <w:t xml:space="preserve">11. </w:t>
      </w:r>
      <w:r>
        <w:rPr>
          <w:u w:val="single"/>
        </w:rPr>
        <w:t>Governing Law.</w:t>
      </w:r>
      <w:r>
        <w:t xml:space="preserve"> This Agreement is governed by the laws of the State of [STATE].</w:t>
      </w:r>
    </w:p>
    <w:p>
      <w:r>
        <w:t xml:space="preserve">12.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p>
      <w:r>
        <w:t>[Signature blocks]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